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Request for information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Query on the contract documents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One question per RFI. Include references and a proposed answer. A response to an RFI is not an instruction to vary the work unless it is confirmed as a variation.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RFI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RFI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issued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Project / site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From (builder)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To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Architect, engineer, certifier, client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Copies to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Subject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Document references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Drawing number(s) and revision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Detail / grid / location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Specification clause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Photos or sketches attached?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Question and proposed answer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What the documents show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The problem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Conflict, omission, unclear, not buildable, product unavailable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Question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Proposed answer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Timing and impact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Response required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Work affected if late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Possible cost impact?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Yes / No / Unknown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Possible time impact?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Yes / No / Unknown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Response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Response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Responded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received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Variation required?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If yes, variation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Closed by / 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RFI register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blHeader w:val="true"/>
        </w:trPr>
        <w:tc>
          <w:tcPr>
            <w:tcW w:type="dxa" w:w="7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No.</w:t>
            </w:r>
          </w:p>
        </w:tc>
        <w:tc>
          <w:tcPr>
            <w:tcW w:type="dxa" w:w="118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356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Subject</w:t>
            </w:r>
          </w:p>
        </w:tc>
        <w:tc>
          <w:tcPr>
            <w:tcW w:type="dxa" w:w="148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To</w:t>
            </w:r>
          </w:p>
        </w:tc>
        <w:tc>
          <w:tcPr>
            <w:tcW w:type="dxa" w:w="118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Needed by</w:t>
            </w:r>
          </w:p>
        </w:tc>
        <w:tc>
          <w:tcPr>
            <w:tcW w:type="dxa" w:w="118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Answered</w:t>
            </w:r>
          </w:p>
        </w:tc>
        <w:tc>
          <w:tcPr>
            <w:tcW w:type="dxa" w:w="118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Variation?</w:t>
            </w:r>
          </w:p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  <w:tr>
        <w:trPr>
          <w:trHeight w:val="510" w:hRule="atLeast"/>
          <w:cantSplit/>
        </w:trPr>
        <w:tc>
          <w:tcPr>
            <w:tcW w:type="dxa" w:w="743"/>
          </w:tcPr>
          <w:p/>
        </w:tc>
        <w:tc>
          <w:tcPr>
            <w:tcW w:type="dxa" w:w="1188"/>
          </w:tcPr>
          <w:p/>
        </w:tc>
        <w:tc>
          <w:tcPr>
            <w:tcW w:type="dxa" w:w="3564"/>
          </w:tcPr>
          <w:p/>
        </w:tc>
        <w:tc>
          <w:tcPr>
            <w:tcW w:type="dxa" w:w="1485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  <w:tc>
          <w:tcPr>
            <w:tcW w:type="dxa" w:w="1188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pointcpd.com.au/resources/templates/rfi-template/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Request for information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information</dc:title>
  <dc:subject>Free construction RFI (request for information) template in Word and PDF: one clear question, a proposed answer, cost and time impact, and a register.</dc:subject>
  <dc:creator>PointCPD</dc:creator>
  <cp:keywords>rfi template, request for information template construction, rfi form construction, construction rfi, rfi register template, technical query template</cp:keywords>
  <dc:description>Free template by PointCPD (https://pointcpd.com.au/resources/templates/rfi-template/).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