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rFonts w:ascii="Arial" w:hAnsi="Arial"/>
          <w:b/>
          <w:i w:val="0"/>
          <w:color w:val="141619"/>
          <w:sz w:val="36"/>
        </w:rPr>
        <w:t>Training and competency register</w:t>
      </w:r>
    </w:p>
    <w:p>
      <w:pPr>
        <w:spacing w:after="120" w:before="0"/>
      </w:pPr>
      <w:r>
        <w:rPr>
          <w:rFonts w:ascii="Arial" w:hAnsi="Arial"/>
          <w:b w:val="0"/>
          <w:i w:val="0"/>
          <w:color w:val="5B6470"/>
          <w:sz w:val="20"/>
        </w:rPr>
        <w:t>Licences, tickets, training and verification of competency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90" w:type="dxa"/>
          <w:left w:w="120" w:type="dxa"/>
          <w:bottom w:w="90" w:type="dxa"/>
          <w:right w:w="120" w:type="dxa"/>
        </w:tblCellMar>
      </w:tblPr>
      <w:tblGrid>
        <w:gridCol w:w="15478"/>
      </w:tblGrid>
      <w:tr>
        <w:tc>
          <w:tcPr>
            <w:tcW w:type="dxa" w:w="15478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2B3038"/>
                <w:sz w:val="17"/>
              </w:rPr>
              <w:t>Sight originals or verify licences with the issuing regulator. Keep copies securely: they contain personal information. Check expiry dates monthly.</w:t>
            </w:r>
          </w:p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1. Register details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3869"/>
        <w:gridCol w:w="3869"/>
        <w:gridCol w:w="3869"/>
        <w:gridCol w:w="3869"/>
      </w:tblGrid>
      <w:tr>
        <w:trPr>
          <w:cantSplit/>
          <w:trHeight w:val="453" w:hRule="atLeast"/>
        </w:trPr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Business</w:t>
            </w:r>
          </w:p>
        </w:tc>
        <w:tc>
          <w:tcPr>
            <w:tcW w:type="dxa" w:w="4643"/>
          </w:tcPr>
          <w:p/>
        </w:tc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Maintained by</w:t>
            </w:r>
          </w:p>
        </w:tc>
        <w:tc>
          <w:tcPr>
            <w:tcW w:type="dxa" w:w="4643"/>
          </w:tcPr>
          <w:p/>
        </w:tc>
      </w:tr>
      <w:tr>
        <w:trPr>
          <w:cantSplit/>
          <w:trHeight w:val="737" w:hRule="atLeast"/>
        </w:trPr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Where evidence is kept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Secure location, access limited</w:t>
            </w:r>
          </w:p>
        </w:tc>
        <w:tc>
          <w:tcPr>
            <w:tcW w:type="dxa" w:w="12381"/>
            <w:gridSpan w:val="3"/>
          </w:tcPr>
          <w:p/>
        </w:tc>
      </w:tr>
      <w:tr>
        <w:trPr>
          <w:cantSplit/>
          <w:trHeight w:val="453" w:hRule="atLeast"/>
        </w:trPr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Last full review</w:t>
            </w:r>
          </w:p>
        </w:tc>
        <w:tc>
          <w:tcPr>
            <w:tcW w:type="dxa" w:w="4643"/>
          </w:tcPr>
          <w:p/>
        </w:tc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Next review</w:t>
            </w:r>
          </w:p>
        </w:tc>
        <w:tc>
          <w:tcPr>
            <w:tcW w:type="dxa" w:w="464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2. Requirements by role or task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5159"/>
        <w:gridCol w:w="5159"/>
        <w:gridCol w:w="5159"/>
      </w:tblGrid>
      <w:tr>
        <w:trPr>
          <w:tblHeader w:val="true"/>
        </w:trPr>
        <w:tc>
          <w:tcPr>
            <w:tcW w:type="dxa" w:w="3994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Role / task</w:t>
            </w:r>
          </w:p>
        </w:tc>
        <w:tc>
          <w:tcPr>
            <w:tcW w:type="dxa" w:w="848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Licence, ticket or training required</w:t>
            </w:r>
          </w:p>
        </w:tc>
        <w:tc>
          <w:tcPr>
            <w:tcW w:type="dxa" w:w="2996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Refresher / renewal</w:t>
            </w:r>
          </w:p>
        </w:tc>
      </w:tr>
      <w:tr>
        <w:trPr>
          <w:cantSplit/>
        </w:trPr>
        <w:tc>
          <w:tcPr>
            <w:tcW w:type="dxa" w:w="3994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Everyone doing construction work</w:t>
            </w:r>
          </w:p>
        </w:tc>
        <w:tc>
          <w:tcPr>
            <w:tcW w:type="dxa" w:w="848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General construction induction (white card); site induction</w:t>
            </w:r>
          </w:p>
        </w:tc>
        <w:tc>
          <w:tcPr>
            <w:tcW w:type="dxa" w:w="299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Site induction per site</w:t>
            </w:r>
          </w:p>
        </w:tc>
      </w:tr>
      <w:tr>
        <w:trPr>
          <w:cantSplit/>
        </w:trPr>
        <w:tc>
          <w:tcPr>
            <w:tcW w:type="dxa" w:w="3994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Scaffolding where a fall of more than 4 m is possible</w:t>
            </w:r>
          </w:p>
        </w:tc>
        <w:tc>
          <w:tcPr>
            <w:tcW w:type="dxa" w:w="848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High risk work licence for the scaffolding class</w:t>
            </w:r>
          </w:p>
        </w:tc>
        <w:tc>
          <w:tcPr>
            <w:tcW w:type="dxa" w:w="299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Per licence renewal</w:t>
            </w:r>
          </w:p>
        </w:tc>
      </w:tr>
      <w:tr>
        <w:trPr>
          <w:cantSplit/>
        </w:trPr>
        <w:tc>
          <w:tcPr>
            <w:tcW w:type="dxa" w:w="3994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Site first aider</w:t>
            </w:r>
          </w:p>
        </w:tc>
        <w:tc>
          <w:tcPr>
            <w:tcW w:type="dxa" w:w="848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First aid certificate; CPR</w:t>
            </w:r>
          </w:p>
        </w:tc>
        <w:tc>
          <w:tcPr>
            <w:tcW w:type="dxa" w:w="299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CPR refresher as the provider recommends</w:t>
            </w:r>
          </w:p>
        </w:tc>
      </w:tr>
      <w:tr>
        <w:trPr>
          <w:trHeight w:val="510" w:hRule="atLeast"/>
          <w:cantSplit/>
        </w:trPr>
        <w:tc>
          <w:tcPr>
            <w:tcW w:type="dxa" w:w="3994"/>
          </w:tcPr>
          <w:p/>
        </w:tc>
        <w:tc>
          <w:tcPr>
            <w:tcW w:type="dxa" w:w="8487"/>
          </w:tcPr>
          <w:p/>
        </w:tc>
        <w:tc>
          <w:tcPr>
            <w:tcW w:type="dxa" w:w="2996"/>
          </w:tcPr>
          <w:p/>
        </w:tc>
      </w:tr>
      <w:tr>
        <w:trPr>
          <w:trHeight w:val="510" w:hRule="atLeast"/>
          <w:cantSplit/>
        </w:trPr>
        <w:tc>
          <w:tcPr>
            <w:tcW w:type="dxa" w:w="3994"/>
          </w:tcPr>
          <w:p/>
        </w:tc>
        <w:tc>
          <w:tcPr>
            <w:tcW w:type="dxa" w:w="8487"/>
          </w:tcPr>
          <w:p/>
        </w:tc>
        <w:tc>
          <w:tcPr>
            <w:tcW w:type="dxa" w:w="2996"/>
          </w:tcPr>
          <w:p/>
        </w:tc>
      </w:tr>
      <w:tr>
        <w:trPr>
          <w:trHeight w:val="510" w:hRule="atLeast"/>
          <w:cantSplit/>
        </w:trPr>
        <w:tc>
          <w:tcPr>
            <w:tcW w:type="dxa" w:w="3994"/>
          </w:tcPr>
          <w:p/>
        </w:tc>
        <w:tc>
          <w:tcPr>
            <w:tcW w:type="dxa" w:w="8487"/>
          </w:tcPr>
          <w:p/>
        </w:tc>
        <w:tc>
          <w:tcPr>
            <w:tcW w:type="dxa" w:w="2996"/>
          </w:tcPr>
          <w:p/>
        </w:tc>
      </w:tr>
      <w:tr>
        <w:trPr>
          <w:trHeight w:val="510" w:hRule="atLeast"/>
          <w:cantSplit/>
        </w:trPr>
        <w:tc>
          <w:tcPr>
            <w:tcW w:type="dxa" w:w="3994"/>
          </w:tcPr>
          <w:p/>
        </w:tc>
        <w:tc>
          <w:tcPr>
            <w:tcW w:type="dxa" w:w="8487"/>
          </w:tcPr>
          <w:p/>
        </w:tc>
        <w:tc>
          <w:tcPr>
            <w:tcW w:type="dxa" w:w="2996"/>
          </w:tcPr>
          <w:p/>
        </w:tc>
      </w:tr>
      <w:tr>
        <w:trPr>
          <w:trHeight w:val="510" w:hRule="atLeast"/>
          <w:cantSplit/>
        </w:trPr>
        <w:tc>
          <w:tcPr>
            <w:tcW w:type="dxa" w:w="3994"/>
          </w:tcPr>
          <w:p/>
        </w:tc>
        <w:tc>
          <w:tcPr>
            <w:tcW w:type="dxa" w:w="8487"/>
          </w:tcPr>
          <w:p/>
        </w:tc>
        <w:tc>
          <w:tcPr>
            <w:tcW w:type="dxa" w:w="2996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3. Register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935"/>
        <w:gridCol w:w="1935"/>
        <w:gridCol w:w="1935"/>
        <w:gridCol w:w="1935"/>
        <w:gridCol w:w="1935"/>
        <w:gridCol w:w="1935"/>
        <w:gridCol w:w="1935"/>
        <w:gridCol w:w="1935"/>
      </w:tblGrid>
      <w:tr>
        <w:trPr>
          <w:tblHeader w:val="true"/>
        </w:trPr>
        <w:tc>
          <w:tcPr>
            <w:tcW w:type="dxa" w:w="2286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Name</w:t>
            </w:r>
          </w:p>
        </w:tc>
        <w:tc>
          <w:tcPr>
            <w:tcW w:type="dxa" w:w="211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Company / role</w:t>
            </w:r>
          </w:p>
        </w:tc>
        <w:tc>
          <w:tcPr>
            <w:tcW w:type="dxa" w:w="2814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Licence / ticket / training</w:t>
            </w:r>
          </w:p>
        </w:tc>
        <w:tc>
          <w:tcPr>
            <w:tcW w:type="dxa" w:w="175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Number</w:t>
            </w:r>
          </w:p>
        </w:tc>
        <w:tc>
          <w:tcPr>
            <w:tcW w:type="dxa" w:w="175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Issued by</w:t>
            </w:r>
          </w:p>
        </w:tc>
        <w:tc>
          <w:tcPr>
            <w:tcW w:type="dxa" w:w="140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Issue date</w:t>
            </w:r>
          </w:p>
        </w:tc>
        <w:tc>
          <w:tcPr>
            <w:tcW w:type="dxa" w:w="140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Expiry</w:t>
            </w:r>
          </w:p>
        </w:tc>
        <w:tc>
          <w:tcPr>
            <w:tcW w:type="dxa" w:w="1935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Sighted by / date</w:t>
            </w:r>
          </w:p>
        </w:tc>
      </w:tr>
      <w:tr>
        <w:trPr>
          <w:trHeight w:val="510" w:hRule="atLeast"/>
          <w:cantSplit/>
        </w:trPr>
        <w:tc>
          <w:tcPr>
            <w:tcW w:type="dxa" w:w="2286"/>
          </w:tcPr>
          <w:p/>
        </w:tc>
        <w:tc>
          <w:tcPr>
            <w:tcW w:type="dxa" w:w="2111"/>
          </w:tcPr>
          <w:p/>
        </w:tc>
        <w:tc>
          <w:tcPr>
            <w:tcW w:type="dxa" w:w="2814"/>
          </w:tcPr>
          <w:p/>
        </w:tc>
        <w:tc>
          <w:tcPr>
            <w:tcW w:type="dxa" w:w="1759"/>
          </w:tcPr>
          <w:p/>
        </w:tc>
        <w:tc>
          <w:tcPr>
            <w:tcW w:type="dxa" w:w="1759"/>
          </w:tcPr>
          <w:p/>
        </w:tc>
        <w:tc>
          <w:tcPr>
            <w:tcW w:type="dxa" w:w="1407"/>
          </w:tcPr>
          <w:p/>
        </w:tc>
        <w:tc>
          <w:tcPr>
            <w:tcW w:type="dxa" w:w="1407"/>
          </w:tcPr>
          <w:p/>
        </w:tc>
        <w:tc>
          <w:tcPr>
            <w:tcW w:type="dxa" w:w="1935"/>
          </w:tcPr>
          <w:p/>
        </w:tc>
      </w:tr>
      <w:tr>
        <w:trPr>
          <w:trHeight w:val="510" w:hRule="atLeast"/>
          <w:cantSplit/>
        </w:trPr>
        <w:tc>
          <w:tcPr>
            <w:tcW w:type="dxa" w:w="2286"/>
          </w:tcPr>
          <w:p/>
        </w:tc>
        <w:tc>
          <w:tcPr>
            <w:tcW w:type="dxa" w:w="2111"/>
          </w:tcPr>
          <w:p/>
        </w:tc>
        <w:tc>
          <w:tcPr>
            <w:tcW w:type="dxa" w:w="2814"/>
          </w:tcPr>
          <w:p/>
        </w:tc>
        <w:tc>
          <w:tcPr>
            <w:tcW w:type="dxa" w:w="1759"/>
          </w:tcPr>
          <w:p/>
        </w:tc>
        <w:tc>
          <w:tcPr>
            <w:tcW w:type="dxa" w:w="1759"/>
          </w:tcPr>
          <w:p/>
        </w:tc>
        <w:tc>
          <w:tcPr>
            <w:tcW w:type="dxa" w:w="1407"/>
          </w:tcPr>
          <w:p/>
        </w:tc>
        <w:tc>
          <w:tcPr>
            <w:tcW w:type="dxa" w:w="1407"/>
          </w:tcPr>
          <w:p/>
        </w:tc>
        <w:tc>
          <w:tcPr>
            <w:tcW w:type="dxa" w:w="1935"/>
          </w:tcPr>
          <w:p/>
        </w:tc>
      </w:tr>
      <w:tr>
        <w:trPr>
          <w:trHeight w:val="510" w:hRule="atLeast"/>
          <w:cantSplit/>
        </w:trPr>
        <w:tc>
          <w:tcPr>
            <w:tcW w:type="dxa" w:w="2286"/>
          </w:tcPr>
          <w:p/>
        </w:tc>
        <w:tc>
          <w:tcPr>
            <w:tcW w:type="dxa" w:w="2111"/>
          </w:tcPr>
          <w:p/>
        </w:tc>
        <w:tc>
          <w:tcPr>
            <w:tcW w:type="dxa" w:w="2814"/>
          </w:tcPr>
          <w:p/>
        </w:tc>
        <w:tc>
          <w:tcPr>
            <w:tcW w:type="dxa" w:w="1759"/>
          </w:tcPr>
          <w:p/>
        </w:tc>
        <w:tc>
          <w:tcPr>
            <w:tcW w:type="dxa" w:w="1759"/>
          </w:tcPr>
          <w:p/>
        </w:tc>
        <w:tc>
          <w:tcPr>
            <w:tcW w:type="dxa" w:w="1407"/>
          </w:tcPr>
          <w:p/>
        </w:tc>
        <w:tc>
          <w:tcPr>
            <w:tcW w:type="dxa" w:w="1407"/>
          </w:tcPr>
          <w:p/>
        </w:tc>
        <w:tc>
          <w:tcPr>
            <w:tcW w:type="dxa" w:w="1935"/>
          </w:tcPr>
          <w:p/>
        </w:tc>
      </w:tr>
      <w:tr>
        <w:trPr>
          <w:trHeight w:val="510" w:hRule="atLeast"/>
          <w:cantSplit/>
        </w:trPr>
        <w:tc>
          <w:tcPr>
            <w:tcW w:type="dxa" w:w="2286"/>
          </w:tcPr>
          <w:p/>
        </w:tc>
        <w:tc>
          <w:tcPr>
            <w:tcW w:type="dxa" w:w="2111"/>
          </w:tcPr>
          <w:p/>
        </w:tc>
        <w:tc>
          <w:tcPr>
            <w:tcW w:type="dxa" w:w="2814"/>
          </w:tcPr>
          <w:p/>
        </w:tc>
        <w:tc>
          <w:tcPr>
            <w:tcW w:type="dxa" w:w="1759"/>
          </w:tcPr>
          <w:p/>
        </w:tc>
        <w:tc>
          <w:tcPr>
            <w:tcW w:type="dxa" w:w="1759"/>
          </w:tcPr>
          <w:p/>
        </w:tc>
        <w:tc>
          <w:tcPr>
            <w:tcW w:type="dxa" w:w="1407"/>
          </w:tcPr>
          <w:p/>
        </w:tc>
        <w:tc>
          <w:tcPr>
            <w:tcW w:type="dxa" w:w="1407"/>
          </w:tcPr>
          <w:p/>
        </w:tc>
        <w:tc>
          <w:tcPr>
            <w:tcW w:type="dxa" w:w="1935"/>
          </w:tcPr>
          <w:p/>
        </w:tc>
      </w:tr>
      <w:tr>
        <w:trPr>
          <w:trHeight w:val="510" w:hRule="atLeast"/>
          <w:cantSplit/>
        </w:trPr>
        <w:tc>
          <w:tcPr>
            <w:tcW w:type="dxa" w:w="2286"/>
          </w:tcPr>
          <w:p/>
        </w:tc>
        <w:tc>
          <w:tcPr>
            <w:tcW w:type="dxa" w:w="2111"/>
          </w:tcPr>
          <w:p/>
        </w:tc>
        <w:tc>
          <w:tcPr>
            <w:tcW w:type="dxa" w:w="2814"/>
          </w:tcPr>
          <w:p/>
        </w:tc>
        <w:tc>
          <w:tcPr>
            <w:tcW w:type="dxa" w:w="1759"/>
          </w:tcPr>
          <w:p/>
        </w:tc>
        <w:tc>
          <w:tcPr>
            <w:tcW w:type="dxa" w:w="1759"/>
          </w:tcPr>
          <w:p/>
        </w:tc>
        <w:tc>
          <w:tcPr>
            <w:tcW w:type="dxa" w:w="1407"/>
          </w:tcPr>
          <w:p/>
        </w:tc>
        <w:tc>
          <w:tcPr>
            <w:tcW w:type="dxa" w:w="1407"/>
          </w:tcPr>
          <w:p/>
        </w:tc>
        <w:tc>
          <w:tcPr>
            <w:tcW w:type="dxa" w:w="1935"/>
          </w:tcPr>
          <w:p/>
        </w:tc>
      </w:tr>
      <w:tr>
        <w:trPr>
          <w:trHeight w:val="510" w:hRule="atLeast"/>
          <w:cantSplit/>
        </w:trPr>
        <w:tc>
          <w:tcPr>
            <w:tcW w:type="dxa" w:w="2286"/>
          </w:tcPr>
          <w:p/>
        </w:tc>
        <w:tc>
          <w:tcPr>
            <w:tcW w:type="dxa" w:w="2111"/>
          </w:tcPr>
          <w:p/>
        </w:tc>
        <w:tc>
          <w:tcPr>
            <w:tcW w:type="dxa" w:w="2814"/>
          </w:tcPr>
          <w:p/>
        </w:tc>
        <w:tc>
          <w:tcPr>
            <w:tcW w:type="dxa" w:w="1759"/>
          </w:tcPr>
          <w:p/>
        </w:tc>
        <w:tc>
          <w:tcPr>
            <w:tcW w:type="dxa" w:w="1759"/>
          </w:tcPr>
          <w:p/>
        </w:tc>
        <w:tc>
          <w:tcPr>
            <w:tcW w:type="dxa" w:w="1407"/>
          </w:tcPr>
          <w:p/>
        </w:tc>
        <w:tc>
          <w:tcPr>
            <w:tcW w:type="dxa" w:w="1407"/>
          </w:tcPr>
          <w:p/>
        </w:tc>
        <w:tc>
          <w:tcPr>
            <w:tcW w:type="dxa" w:w="1935"/>
          </w:tcPr>
          <w:p/>
        </w:tc>
      </w:tr>
      <w:tr>
        <w:trPr>
          <w:trHeight w:val="510" w:hRule="atLeast"/>
          <w:cantSplit/>
        </w:trPr>
        <w:tc>
          <w:tcPr>
            <w:tcW w:type="dxa" w:w="2286"/>
          </w:tcPr>
          <w:p/>
        </w:tc>
        <w:tc>
          <w:tcPr>
            <w:tcW w:type="dxa" w:w="2111"/>
          </w:tcPr>
          <w:p/>
        </w:tc>
        <w:tc>
          <w:tcPr>
            <w:tcW w:type="dxa" w:w="2814"/>
          </w:tcPr>
          <w:p/>
        </w:tc>
        <w:tc>
          <w:tcPr>
            <w:tcW w:type="dxa" w:w="1759"/>
          </w:tcPr>
          <w:p/>
        </w:tc>
        <w:tc>
          <w:tcPr>
            <w:tcW w:type="dxa" w:w="1759"/>
          </w:tcPr>
          <w:p/>
        </w:tc>
        <w:tc>
          <w:tcPr>
            <w:tcW w:type="dxa" w:w="1407"/>
          </w:tcPr>
          <w:p/>
        </w:tc>
        <w:tc>
          <w:tcPr>
            <w:tcW w:type="dxa" w:w="1407"/>
          </w:tcPr>
          <w:p/>
        </w:tc>
        <w:tc>
          <w:tcPr>
            <w:tcW w:type="dxa" w:w="1935"/>
          </w:tcPr>
          <w:p/>
        </w:tc>
      </w:tr>
      <w:tr>
        <w:trPr>
          <w:trHeight w:val="510" w:hRule="atLeast"/>
          <w:cantSplit/>
        </w:trPr>
        <w:tc>
          <w:tcPr>
            <w:tcW w:type="dxa" w:w="2286"/>
          </w:tcPr>
          <w:p/>
        </w:tc>
        <w:tc>
          <w:tcPr>
            <w:tcW w:type="dxa" w:w="2111"/>
          </w:tcPr>
          <w:p/>
        </w:tc>
        <w:tc>
          <w:tcPr>
            <w:tcW w:type="dxa" w:w="2814"/>
          </w:tcPr>
          <w:p/>
        </w:tc>
        <w:tc>
          <w:tcPr>
            <w:tcW w:type="dxa" w:w="1759"/>
          </w:tcPr>
          <w:p/>
        </w:tc>
        <w:tc>
          <w:tcPr>
            <w:tcW w:type="dxa" w:w="1759"/>
          </w:tcPr>
          <w:p/>
        </w:tc>
        <w:tc>
          <w:tcPr>
            <w:tcW w:type="dxa" w:w="1407"/>
          </w:tcPr>
          <w:p/>
        </w:tc>
        <w:tc>
          <w:tcPr>
            <w:tcW w:type="dxa" w:w="1407"/>
          </w:tcPr>
          <w:p/>
        </w:tc>
        <w:tc>
          <w:tcPr>
            <w:tcW w:type="dxa" w:w="1935"/>
          </w:tcPr>
          <w:p/>
        </w:tc>
      </w:tr>
      <w:tr>
        <w:trPr>
          <w:trHeight w:val="510" w:hRule="atLeast"/>
          <w:cantSplit/>
        </w:trPr>
        <w:tc>
          <w:tcPr>
            <w:tcW w:type="dxa" w:w="2286"/>
          </w:tcPr>
          <w:p/>
        </w:tc>
        <w:tc>
          <w:tcPr>
            <w:tcW w:type="dxa" w:w="2111"/>
          </w:tcPr>
          <w:p/>
        </w:tc>
        <w:tc>
          <w:tcPr>
            <w:tcW w:type="dxa" w:w="2814"/>
          </w:tcPr>
          <w:p/>
        </w:tc>
        <w:tc>
          <w:tcPr>
            <w:tcW w:type="dxa" w:w="1759"/>
          </w:tcPr>
          <w:p/>
        </w:tc>
        <w:tc>
          <w:tcPr>
            <w:tcW w:type="dxa" w:w="1759"/>
          </w:tcPr>
          <w:p/>
        </w:tc>
        <w:tc>
          <w:tcPr>
            <w:tcW w:type="dxa" w:w="1407"/>
          </w:tcPr>
          <w:p/>
        </w:tc>
        <w:tc>
          <w:tcPr>
            <w:tcW w:type="dxa" w:w="1407"/>
          </w:tcPr>
          <w:p/>
        </w:tc>
        <w:tc>
          <w:tcPr>
            <w:tcW w:type="dxa" w:w="1935"/>
          </w:tcPr>
          <w:p/>
        </w:tc>
      </w:tr>
      <w:tr>
        <w:trPr>
          <w:trHeight w:val="510" w:hRule="atLeast"/>
          <w:cantSplit/>
        </w:trPr>
        <w:tc>
          <w:tcPr>
            <w:tcW w:type="dxa" w:w="2286"/>
          </w:tcPr>
          <w:p/>
        </w:tc>
        <w:tc>
          <w:tcPr>
            <w:tcW w:type="dxa" w:w="2111"/>
          </w:tcPr>
          <w:p/>
        </w:tc>
        <w:tc>
          <w:tcPr>
            <w:tcW w:type="dxa" w:w="2814"/>
          </w:tcPr>
          <w:p/>
        </w:tc>
        <w:tc>
          <w:tcPr>
            <w:tcW w:type="dxa" w:w="1759"/>
          </w:tcPr>
          <w:p/>
        </w:tc>
        <w:tc>
          <w:tcPr>
            <w:tcW w:type="dxa" w:w="1759"/>
          </w:tcPr>
          <w:p/>
        </w:tc>
        <w:tc>
          <w:tcPr>
            <w:tcW w:type="dxa" w:w="1407"/>
          </w:tcPr>
          <w:p/>
        </w:tc>
        <w:tc>
          <w:tcPr>
            <w:tcW w:type="dxa" w:w="1407"/>
          </w:tcPr>
          <w:p/>
        </w:tc>
        <w:tc>
          <w:tcPr>
            <w:tcW w:type="dxa" w:w="1935"/>
          </w:tcPr>
          <w:p/>
        </w:tc>
      </w:tr>
      <w:tr>
        <w:trPr>
          <w:trHeight w:val="510" w:hRule="atLeast"/>
          <w:cantSplit/>
        </w:trPr>
        <w:tc>
          <w:tcPr>
            <w:tcW w:type="dxa" w:w="2286"/>
          </w:tcPr>
          <w:p/>
        </w:tc>
        <w:tc>
          <w:tcPr>
            <w:tcW w:type="dxa" w:w="2111"/>
          </w:tcPr>
          <w:p/>
        </w:tc>
        <w:tc>
          <w:tcPr>
            <w:tcW w:type="dxa" w:w="2814"/>
          </w:tcPr>
          <w:p/>
        </w:tc>
        <w:tc>
          <w:tcPr>
            <w:tcW w:type="dxa" w:w="1759"/>
          </w:tcPr>
          <w:p/>
        </w:tc>
        <w:tc>
          <w:tcPr>
            <w:tcW w:type="dxa" w:w="1759"/>
          </w:tcPr>
          <w:p/>
        </w:tc>
        <w:tc>
          <w:tcPr>
            <w:tcW w:type="dxa" w:w="1407"/>
          </w:tcPr>
          <w:p/>
        </w:tc>
        <w:tc>
          <w:tcPr>
            <w:tcW w:type="dxa" w:w="1407"/>
          </w:tcPr>
          <w:p/>
        </w:tc>
        <w:tc>
          <w:tcPr>
            <w:tcW w:type="dxa" w:w="1935"/>
          </w:tcPr>
          <w:p/>
        </w:tc>
      </w:tr>
      <w:tr>
        <w:trPr>
          <w:trHeight w:val="510" w:hRule="atLeast"/>
          <w:cantSplit/>
        </w:trPr>
        <w:tc>
          <w:tcPr>
            <w:tcW w:type="dxa" w:w="2286"/>
          </w:tcPr>
          <w:p/>
        </w:tc>
        <w:tc>
          <w:tcPr>
            <w:tcW w:type="dxa" w:w="2111"/>
          </w:tcPr>
          <w:p/>
        </w:tc>
        <w:tc>
          <w:tcPr>
            <w:tcW w:type="dxa" w:w="2814"/>
          </w:tcPr>
          <w:p/>
        </w:tc>
        <w:tc>
          <w:tcPr>
            <w:tcW w:type="dxa" w:w="1759"/>
          </w:tcPr>
          <w:p/>
        </w:tc>
        <w:tc>
          <w:tcPr>
            <w:tcW w:type="dxa" w:w="1759"/>
          </w:tcPr>
          <w:p/>
        </w:tc>
        <w:tc>
          <w:tcPr>
            <w:tcW w:type="dxa" w:w="1407"/>
          </w:tcPr>
          <w:p/>
        </w:tc>
        <w:tc>
          <w:tcPr>
            <w:tcW w:type="dxa" w:w="1407"/>
          </w:tcPr>
          <w:p/>
        </w:tc>
        <w:tc>
          <w:tcPr>
            <w:tcW w:type="dxa" w:w="1935"/>
          </w:tcPr>
          <w:p/>
        </w:tc>
      </w:tr>
      <w:tr>
        <w:trPr>
          <w:trHeight w:val="510" w:hRule="atLeast"/>
          <w:cantSplit/>
        </w:trPr>
        <w:tc>
          <w:tcPr>
            <w:tcW w:type="dxa" w:w="2286"/>
          </w:tcPr>
          <w:p/>
        </w:tc>
        <w:tc>
          <w:tcPr>
            <w:tcW w:type="dxa" w:w="2111"/>
          </w:tcPr>
          <w:p/>
        </w:tc>
        <w:tc>
          <w:tcPr>
            <w:tcW w:type="dxa" w:w="2814"/>
          </w:tcPr>
          <w:p/>
        </w:tc>
        <w:tc>
          <w:tcPr>
            <w:tcW w:type="dxa" w:w="1759"/>
          </w:tcPr>
          <w:p/>
        </w:tc>
        <w:tc>
          <w:tcPr>
            <w:tcW w:type="dxa" w:w="1759"/>
          </w:tcPr>
          <w:p/>
        </w:tc>
        <w:tc>
          <w:tcPr>
            <w:tcW w:type="dxa" w:w="1407"/>
          </w:tcPr>
          <w:p/>
        </w:tc>
        <w:tc>
          <w:tcPr>
            <w:tcW w:type="dxa" w:w="1407"/>
          </w:tcPr>
          <w:p/>
        </w:tc>
        <w:tc>
          <w:tcPr>
            <w:tcW w:type="dxa" w:w="1935"/>
          </w:tcPr>
          <w:p/>
        </w:tc>
      </w:tr>
      <w:tr>
        <w:trPr>
          <w:trHeight w:val="510" w:hRule="atLeast"/>
          <w:cantSplit/>
        </w:trPr>
        <w:tc>
          <w:tcPr>
            <w:tcW w:type="dxa" w:w="2286"/>
          </w:tcPr>
          <w:p/>
        </w:tc>
        <w:tc>
          <w:tcPr>
            <w:tcW w:type="dxa" w:w="2111"/>
          </w:tcPr>
          <w:p/>
        </w:tc>
        <w:tc>
          <w:tcPr>
            <w:tcW w:type="dxa" w:w="2814"/>
          </w:tcPr>
          <w:p/>
        </w:tc>
        <w:tc>
          <w:tcPr>
            <w:tcW w:type="dxa" w:w="1759"/>
          </w:tcPr>
          <w:p/>
        </w:tc>
        <w:tc>
          <w:tcPr>
            <w:tcW w:type="dxa" w:w="1759"/>
          </w:tcPr>
          <w:p/>
        </w:tc>
        <w:tc>
          <w:tcPr>
            <w:tcW w:type="dxa" w:w="1407"/>
          </w:tcPr>
          <w:p/>
        </w:tc>
        <w:tc>
          <w:tcPr>
            <w:tcW w:type="dxa" w:w="1407"/>
          </w:tcPr>
          <w:p/>
        </w:tc>
        <w:tc>
          <w:tcPr>
            <w:tcW w:type="dxa" w:w="1935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4. Verification of competency (plant and tasks)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580"/>
        <w:gridCol w:w="2580"/>
        <w:gridCol w:w="2580"/>
        <w:gridCol w:w="2580"/>
        <w:gridCol w:w="2580"/>
        <w:gridCol w:w="2580"/>
      </w:tblGrid>
      <w:tr>
        <w:trPr>
          <w:tblHeader w:val="true"/>
        </w:trPr>
        <w:tc>
          <w:tcPr>
            <w:tcW w:type="dxa" w:w="2874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Name</w:t>
            </w:r>
          </w:p>
        </w:tc>
        <w:tc>
          <w:tcPr>
            <w:tcW w:type="dxa" w:w="353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Plant / task</w:t>
            </w:r>
          </w:p>
        </w:tc>
        <w:tc>
          <w:tcPr>
            <w:tcW w:type="dxa" w:w="2432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Make / model</w:t>
            </w:r>
          </w:p>
        </w:tc>
        <w:tc>
          <w:tcPr>
            <w:tcW w:type="dxa" w:w="265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Assessed by</w:t>
            </w:r>
          </w:p>
        </w:tc>
        <w:tc>
          <w:tcPr>
            <w:tcW w:type="dxa" w:w="176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Date</w:t>
            </w:r>
          </w:p>
        </w:tc>
        <w:tc>
          <w:tcPr>
            <w:tcW w:type="dxa" w:w="221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Outcome</w:t>
            </w:r>
          </w:p>
        </w:tc>
      </w:tr>
      <w:tr>
        <w:trPr>
          <w:cantSplit/>
        </w:trPr>
        <w:tc>
          <w:tcPr>
            <w:tcW w:type="dxa" w:w="2874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</w:r>
          </w:p>
        </w:tc>
        <w:tc>
          <w:tcPr>
            <w:tcW w:type="dxa" w:w="3538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5 t excavator with quick hitch</w:t>
            </w:r>
          </w:p>
        </w:tc>
        <w:tc>
          <w:tcPr>
            <w:tcW w:type="dxa" w:w="2432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  <w:tc>
          <w:tcPr>
            <w:tcW w:type="dxa" w:w="265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Supervisor (competent assessor)</w:t>
            </w:r>
          </w:p>
        </w:tc>
        <w:tc>
          <w:tcPr>
            <w:tcW w:type="dxa" w:w="176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  <w:tc>
          <w:tcPr>
            <w:tcW w:type="dxa" w:w="2211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Competent</w:t>
            </w:r>
          </w:p>
        </w:tc>
      </w:tr>
      <w:tr>
        <w:trPr>
          <w:trHeight w:val="510" w:hRule="atLeast"/>
          <w:cantSplit/>
        </w:trPr>
        <w:tc>
          <w:tcPr>
            <w:tcW w:type="dxa" w:w="2874"/>
          </w:tcPr>
          <w:p/>
        </w:tc>
        <w:tc>
          <w:tcPr>
            <w:tcW w:type="dxa" w:w="3538"/>
          </w:tcPr>
          <w:p/>
        </w:tc>
        <w:tc>
          <w:tcPr>
            <w:tcW w:type="dxa" w:w="2432"/>
          </w:tcPr>
          <w:p/>
        </w:tc>
        <w:tc>
          <w:tcPr>
            <w:tcW w:type="dxa" w:w="2653"/>
          </w:tcPr>
          <w:p/>
        </w:tc>
        <w:tc>
          <w:tcPr>
            <w:tcW w:type="dxa" w:w="1769"/>
          </w:tcPr>
          <w:p/>
        </w:tc>
        <w:tc>
          <w:tcPr>
            <w:tcW w:type="dxa" w:w="2211"/>
          </w:tcPr>
          <w:p/>
        </w:tc>
      </w:tr>
      <w:tr>
        <w:trPr>
          <w:trHeight w:val="510" w:hRule="atLeast"/>
          <w:cantSplit/>
        </w:trPr>
        <w:tc>
          <w:tcPr>
            <w:tcW w:type="dxa" w:w="2874"/>
          </w:tcPr>
          <w:p/>
        </w:tc>
        <w:tc>
          <w:tcPr>
            <w:tcW w:type="dxa" w:w="3538"/>
          </w:tcPr>
          <w:p/>
        </w:tc>
        <w:tc>
          <w:tcPr>
            <w:tcW w:type="dxa" w:w="2432"/>
          </w:tcPr>
          <w:p/>
        </w:tc>
        <w:tc>
          <w:tcPr>
            <w:tcW w:type="dxa" w:w="2653"/>
          </w:tcPr>
          <w:p/>
        </w:tc>
        <w:tc>
          <w:tcPr>
            <w:tcW w:type="dxa" w:w="1769"/>
          </w:tcPr>
          <w:p/>
        </w:tc>
        <w:tc>
          <w:tcPr>
            <w:tcW w:type="dxa" w:w="2211"/>
          </w:tcPr>
          <w:p/>
        </w:tc>
      </w:tr>
      <w:tr>
        <w:trPr>
          <w:trHeight w:val="510" w:hRule="atLeast"/>
          <w:cantSplit/>
        </w:trPr>
        <w:tc>
          <w:tcPr>
            <w:tcW w:type="dxa" w:w="2874"/>
          </w:tcPr>
          <w:p/>
        </w:tc>
        <w:tc>
          <w:tcPr>
            <w:tcW w:type="dxa" w:w="3538"/>
          </w:tcPr>
          <w:p/>
        </w:tc>
        <w:tc>
          <w:tcPr>
            <w:tcW w:type="dxa" w:w="2432"/>
          </w:tcPr>
          <w:p/>
        </w:tc>
        <w:tc>
          <w:tcPr>
            <w:tcW w:type="dxa" w:w="2653"/>
          </w:tcPr>
          <w:p/>
        </w:tc>
        <w:tc>
          <w:tcPr>
            <w:tcW w:type="dxa" w:w="1769"/>
          </w:tcPr>
          <w:p/>
        </w:tc>
        <w:tc>
          <w:tcPr>
            <w:tcW w:type="dxa" w:w="2211"/>
          </w:tcPr>
          <w:p/>
        </w:tc>
      </w:tr>
      <w:tr>
        <w:trPr>
          <w:trHeight w:val="510" w:hRule="atLeast"/>
          <w:cantSplit/>
        </w:trPr>
        <w:tc>
          <w:tcPr>
            <w:tcW w:type="dxa" w:w="2874"/>
          </w:tcPr>
          <w:p/>
        </w:tc>
        <w:tc>
          <w:tcPr>
            <w:tcW w:type="dxa" w:w="3538"/>
          </w:tcPr>
          <w:p/>
        </w:tc>
        <w:tc>
          <w:tcPr>
            <w:tcW w:type="dxa" w:w="2432"/>
          </w:tcPr>
          <w:p/>
        </w:tc>
        <w:tc>
          <w:tcPr>
            <w:tcW w:type="dxa" w:w="2653"/>
          </w:tcPr>
          <w:p/>
        </w:tc>
        <w:tc>
          <w:tcPr>
            <w:tcW w:type="dxa" w:w="1769"/>
          </w:tcPr>
          <w:p/>
        </w:tc>
        <w:tc>
          <w:tcPr>
            <w:tcW w:type="dxa" w:w="2211"/>
          </w:tcPr>
          <w:p/>
        </w:tc>
      </w:tr>
      <w:tr>
        <w:trPr>
          <w:trHeight w:val="510" w:hRule="atLeast"/>
          <w:cantSplit/>
        </w:trPr>
        <w:tc>
          <w:tcPr>
            <w:tcW w:type="dxa" w:w="2874"/>
          </w:tcPr>
          <w:p/>
        </w:tc>
        <w:tc>
          <w:tcPr>
            <w:tcW w:type="dxa" w:w="3538"/>
          </w:tcPr>
          <w:p/>
        </w:tc>
        <w:tc>
          <w:tcPr>
            <w:tcW w:type="dxa" w:w="2432"/>
          </w:tcPr>
          <w:p/>
        </w:tc>
        <w:tc>
          <w:tcPr>
            <w:tcW w:type="dxa" w:w="2653"/>
          </w:tcPr>
          <w:p/>
        </w:tc>
        <w:tc>
          <w:tcPr>
            <w:tcW w:type="dxa" w:w="1769"/>
          </w:tcPr>
          <w:p/>
        </w:tc>
        <w:tc>
          <w:tcPr>
            <w:tcW w:type="dxa" w:w="2211"/>
          </w:tcPr>
          <w:p/>
        </w:tc>
      </w:tr>
      <w:tr>
        <w:trPr>
          <w:trHeight w:val="510" w:hRule="atLeast"/>
          <w:cantSplit/>
        </w:trPr>
        <w:tc>
          <w:tcPr>
            <w:tcW w:type="dxa" w:w="2874"/>
          </w:tcPr>
          <w:p/>
        </w:tc>
        <w:tc>
          <w:tcPr>
            <w:tcW w:type="dxa" w:w="3538"/>
          </w:tcPr>
          <w:p/>
        </w:tc>
        <w:tc>
          <w:tcPr>
            <w:tcW w:type="dxa" w:w="2432"/>
          </w:tcPr>
          <w:p/>
        </w:tc>
        <w:tc>
          <w:tcPr>
            <w:tcW w:type="dxa" w:w="2653"/>
          </w:tcPr>
          <w:p/>
        </w:tc>
        <w:tc>
          <w:tcPr>
            <w:tcW w:type="dxa" w:w="1769"/>
          </w:tcPr>
          <w:p/>
        </w:tc>
        <w:tc>
          <w:tcPr>
            <w:tcW w:type="dxa" w:w="2211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5. Training given on site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3869"/>
        <w:gridCol w:w="3869"/>
        <w:gridCol w:w="3869"/>
        <w:gridCol w:w="3869"/>
      </w:tblGrid>
      <w:tr>
        <w:trPr>
          <w:tblHeader w:val="true"/>
        </w:trPr>
        <w:tc>
          <w:tcPr>
            <w:tcW w:type="dxa" w:w="182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Date</w:t>
            </w:r>
          </w:p>
        </w:tc>
        <w:tc>
          <w:tcPr>
            <w:tcW w:type="dxa" w:w="591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Training / briefing</w:t>
            </w:r>
          </w:p>
        </w:tc>
        <w:tc>
          <w:tcPr>
            <w:tcW w:type="dxa" w:w="273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Delivered by</w:t>
            </w:r>
          </w:p>
        </w:tc>
        <w:tc>
          <w:tcPr>
            <w:tcW w:type="dxa" w:w="500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Attendees (or record reference)</w:t>
            </w:r>
          </w:p>
        </w:tc>
      </w:tr>
      <w:tr>
        <w:trPr>
          <w:trHeight w:val="510" w:hRule="atLeast"/>
          <w:cantSplit/>
        </w:trPr>
        <w:tc>
          <w:tcPr>
            <w:tcW w:type="dxa" w:w="1821"/>
          </w:tcPr>
          <w:p/>
        </w:tc>
        <w:tc>
          <w:tcPr>
            <w:tcW w:type="dxa" w:w="5918"/>
          </w:tcPr>
          <w:p/>
        </w:tc>
        <w:tc>
          <w:tcPr>
            <w:tcW w:type="dxa" w:w="2731"/>
          </w:tcPr>
          <w:p/>
        </w:tc>
        <w:tc>
          <w:tcPr>
            <w:tcW w:type="dxa" w:w="5007"/>
          </w:tcPr>
          <w:p/>
        </w:tc>
      </w:tr>
      <w:tr>
        <w:trPr>
          <w:trHeight w:val="510" w:hRule="atLeast"/>
          <w:cantSplit/>
        </w:trPr>
        <w:tc>
          <w:tcPr>
            <w:tcW w:type="dxa" w:w="1821"/>
          </w:tcPr>
          <w:p/>
        </w:tc>
        <w:tc>
          <w:tcPr>
            <w:tcW w:type="dxa" w:w="5918"/>
          </w:tcPr>
          <w:p/>
        </w:tc>
        <w:tc>
          <w:tcPr>
            <w:tcW w:type="dxa" w:w="2731"/>
          </w:tcPr>
          <w:p/>
        </w:tc>
        <w:tc>
          <w:tcPr>
            <w:tcW w:type="dxa" w:w="5007"/>
          </w:tcPr>
          <w:p/>
        </w:tc>
      </w:tr>
      <w:tr>
        <w:trPr>
          <w:trHeight w:val="510" w:hRule="atLeast"/>
          <w:cantSplit/>
        </w:trPr>
        <w:tc>
          <w:tcPr>
            <w:tcW w:type="dxa" w:w="1821"/>
          </w:tcPr>
          <w:p/>
        </w:tc>
        <w:tc>
          <w:tcPr>
            <w:tcW w:type="dxa" w:w="5918"/>
          </w:tcPr>
          <w:p/>
        </w:tc>
        <w:tc>
          <w:tcPr>
            <w:tcW w:type="dxa" w:w="2731"/>
          </w:tcPr>
          <w:p/>
        </w:tc>
        <w:tc>
          <w:tcPr>
            <w:tcW w:type="dxa" w:w="5007"/>
          </w:tcPr>
          <w:p/>
        </w:tc>
      </w:tr>
      <w:tr>
        <w:trPr>
          <w:trHeight w:val="510" w:hRule="atLeast"/>
          <w:cantSplit/>
        </w:trPr>
        <w:tc>
          <w:tcPr>
            <w:tcW w:type="dxa" w:w="1821"/>
          </w:tcPr>
          <w:p/>
        </w:tc>
        <w:tc>
          <w:tcPr>
            <w:tcW w:type="dxa" w:w="5918"/>
          </w:tcPr>
          <w:p/>
        </w:tc>
        <w:tc>
          <w:tcPr>
            <w:tcW w:type="dxa" w:w="2731"/>
          </w:tcPr>
          <w:p/>
        </w:tc>
        <w:tc>
          <w:tcPr>
            <w:tcW w:type="dxa" w:w="5007"/>
          </w:tcPr>
          <w:p/>
        </w:tc>
      </w:tr>
      <w:tr>
        <w:trPr>
          <w:trHeight w:val="510" w:hRule="atLeast"/>
          <w:cantSplit/>
        </w:trPr>
        <w:tc>
          <w:tcPr>
            <w:tcW w:type="dxa" w:w="1821"/>
          </w:tcPr>
          <w:p/>
        </w:tc>
        <w:tc>
          <w:tcPr>
            <w:tcW w:type="dxa" w:w="5918"/>
          </w:tcPr>
          <w:p/>
        </w:tc>
        <w:tc>
          <w:tcPr>
            <w:tcW w:type="dxa" w:w="2731"/>
          </w:tcPr>
          <w:p/>
        </w:tc>
        <w:tc>
          <w:tcPr>
            <w:tcW w:type="dxa" w:w="5007"/>
          </w:tcPr>
          <w:p/>
        </w:tc>
      </w:tr>
      <w:tr>
        <w:trPr>
          <w:trHeight w:val="510" w:hRule="atLeast"/>
          <w:cantSplit/>
        </w:trPr>
        <w:tc>
          <w:tcPr>
            <w:tcW w:type="dxa" w:w="1821"/>
          </w:tcPr>
          <w:p/>
        </w:tc>
        <w:tc>
          <w:tcPr>
            <w:tcW w:type="dxa" w:w="5918"/>
          </w:tcPr>
          <w:p/>
        </w:tc>
        <w:tc>
          <w:tcPr>
            <w:tcW w:type="dxa" w:w="2731"/>
          </w:tcPr>
          <w:p/>
        </w:tc>
        <w:tc>
          <w:tcPr>
            <w:tcW w:type="dxa" w:w="5007"/>
          </w:tcPr>
          <w:p/>
        </w:tc>
      </w:tr>
    </w:tbl>
    <w:p>
      <w:pPr>
        <w:spacing w:after="0" w:before="0"/>
      </w:pPr>
      <w:r>
        <w:rPr>
          <w:sz w:val="10"/>
        </w:rPr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680" w:bottom="794" w:left="68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5477" w:val="right"/>
      </w:tabs>
    </w:pPr>
    <w:r>
      <w:rPr>
        <w:rFonts w:ascii="Arial" w:hAnsi="Arial"/>
        <w:color w:val="5B6470"/>
        <w:sz w:val="14"/>
      </w:rPr>
      <w:t>Template by PointCPD · pointcpd.com.au/resources/templates/training-competency-register/ · Free to use and adapt, including commercially (CC BY 4.0). Keep this credit line.</w:t>
      <w:tab/>
    </w:r>
    <w:r>
      <w:rPr>
        <w:rFonts w:ascii="Arial" w:hAnsi="Arial"/>
        <w:color w:val="5B6470"/>
        <w:sz w:val="15"/>
      </w:rPr>
      <w:t xml:space="preserve">Page </w:t>
    </w:r>
    <w:r>
      <w:rPr>
        <w:rFonts w:ascii="Arial" w:hAnsi="Arial"/>
        <w:color w:val="5B6470"/>
        <w:sz w:val="15"/>
      </w:rPr>
      <w:fldChar w:fldCharType="begin"/>
      <w:instrText xml:space="preserve">PAGE</w:instrText>
      <w:fldChar w:fldCharType="end"/>
    </w:r>
    <w:r>
      <w:rPr>
        <w:rFonts w:ascii="Arial" w:hAnsi="Arial"/>
        <w:color w:val="5B6470"/>
        <w:sz w:val="15"/>
      </w:rPr>
      <w:t xml:space="preserve"> of </w:t>
    </w:r>
    <w:r>
      <w:rPr>
        <w:rFonts w:ascii="Arial" w:hAnsi="Arial"/>
        <w:color w:val="5B6470"/>
        <w:sz w:val="15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90" w:type="dxa"/>
        <w:bottom w:w="40" w:type="dxa"/>
        <w:right w:w="90" w:type="dxa"/>
      </w:tblCellMar>
    </w:tblPr>
    <w:tblGrid>
      <w:gridCol w:w="7739"/>
      <w:gridCol w:w="7739"/>
    </w:tblGrid>
    <w:tr>
      <w:tc>
        <w:tcPr>
          <w:tcW w:type="dxa" w:w="3869"/>
          <w:shd w:val="clear" w:color="auto" w:fill="141619"/>
          <w:vAlign w:val="center"/>
          <w:tcBorders>
            <w:bottom w:val="single" w:sz="18" w:space="0" w:color="FFC400"/>
          </w:tcBorders>
        </w:tcPr>
        <w:p>
          <w:pPr>
            <w:spacing w:after="0" w:before="0"/>
          </w:pPr>
          <w:r>
            <w:rPr>
              <w:rFonts w:ascii="Arial" w:hAnsi="Arial"/>
              <w:b/>
              <w:i w:val="0"/>
              <w:color w:val="FFFFFF"/>
              <w:sz w:val="26"/>
            </w:rPr>
            <w:t>point</w:t>
          </w:r>
          <w:r>
            <w:rPr>
              <w:rFonts w:ascii="Arial" w:hAnsi="Arial"/>
              <w:color w:val="FFC400"/>
              <w:sz w:val="26"/>
            </w:rPr>
            <w:t>CPD</w:t>
          </w:r>
        </w:p>
      </w:tc>
      <w:tc>
        <w:tcPr>
          <w:tcW w:type="dxa" w:w="11608"/>
          <w:vAlign w:val="center"/>
          <w:tcBorders>
            <w:bottom w:val="single" w:sz="18" w:space="0" w:color="FFC400"/>
          </w:tcBorders>
        </w:tcPr>
        <w:p>
          <w:pPr>
            <w:spacing w:after="0" w:before="0"/>
            <w:jc w:val="right"/>
          </w:pPr>
          <w:r>
            <w:rPr>
              <w:rFonts w:ascii="Arial" w:hAnsi="Arial"/>
              <w:b/>
              <w:i w:val="0"/>
              <w:sz w:val="22"/>
            </w:rPr>
            <w:t>Training and competency register</w:t>
          </w:r>
        </w:p>
        <w:p>
          <w:pPr>
            <w:spacing w:after="0" w:before="0"/>
            <w:jc w:val="right"/>
          </w:pPr>
          <w:r>
            <w:rPr>
              <w:rFonts w:ascii="Arial" w:hAnsi="Arial"/>
              <w:b w:val="0"/>
              <w:i w:val="0"/>
              <w:color w:val="5B6470"/>
              <w:sz w:val="15"/>
            </w:rPr>
            <w:t>Doc no. ________   Revision ____   Date ____________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Training and competency register</dc:title>
  <dc:subject>Free training and competency register in Word and PDF for construction: white cards, high risk work licences, trade licences, first aid and VOC.</dc:subject>
  <dc:creator>PointCPD</dc:creator>
  <cp:keywords>training register template, competency register template, training matrix construction, competency matrix template, licence register template, white card register</cp:keywords>
  <dc:description>Free template by PointCPD (https://pointcpd.com.au/resources/templates/training-competency-register/). Licensed CC BY 4.0: free to use, adapt and share, including commercially. Keep the credit line.</dc:description>
  <cp:lastModifiedBy/>
  <cp:revision>1</cp:revision>
  <dcterms:created xsi:type="dcterms:W3CDTF">2013-12-23T23:15:00Z</dcterms:created>
  <dcterms:modified xsi:type="dcterms:W3CDTF">2013-12-23T23:15:00Z</dcterms:modified>
  <cp:category>Construction template</cp:category>
</cp:coreProperties>
</file>